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before="0" w:after="120" w:line="348" w:lineRule="auto"/>
        <w:jc w:val="center"/>
      </w:pPr>
      <w:r>
        <w:rPr>
          <w:rFonts w:ascii="宋体" w:hAnsi="宋体" w:eastAsia="宋体"/>
          <w:b/>
          <w:sz w:val="44"/>
        </w:rPr>
        <w:t>居间服务协议</w:t>
      </w:r>
    </w:p>
    <w:p>
      <w:pPr>
        <w:pageBreakBefore w:val="0"/>
        <w:spacing w:before="0" w:after="200" w:line="348" w:lineRule="auto"/>
        <w:jc w:val="center"/>
      </w:pPr>
      <w:r>
        <w:rPr>
          <w:rFonts w:ascii="宋体" w:hAnsi="宋体" w:eastAsia="宋体"/>
          <w:b w:val="0"/>
          <w:sz w:val="22"/>
        </w:rPr>
        <w:t>协议编号：＿＿＿＿＿＿＿＿＿＿＿＿＿＿</w:t>
      </w:r>
    </w:p>
    <w:p>
      <w:pPr>
        <w:pageBreakBefore w:val="0"/>
        <w:spacing w:before="0" w:after="0" w:line="348" w:lineRule="auto"/>
      </w:pPr>
      <w:r>
        <w:rPr>
          <w:rFonts w:ascii="宋体" w:hAnsi="宋体" w:eastAsia="宋体"/>
          <w:b w:val="0"/>
          <w:sz w:val="24"/>
        </w:rPr>
        <w:t>甲方（委托方）：山西恺晨矿用产品安全检测检验有限公司</w:t>
      </w:r>
    </w:p>
    <w:p>
      <w:pPr>
        <w:pageBreakBefore w:val="0"/>
        <w:spacing w:before="0" w:after="0" w:line="348" w:lineRule="auto"/>
      </w:pPr>
      <w:r>
        <w:rPr>
          <w:rFonts w:ascii="宋体" w:hAnsi="宋体" w:eastAsia="宋体"/>
          <w:b w:val="0"/>
          <w:sz w:val="24"/>
        </w:rPr>
        <w:t>统一社会信用代码：91140100MA0HC1P938　　法定代表人：薛恺</w:t>
      </w:r>
    </w:p>
    <w:p>
      <w:pPr>
        <w:pageBreakBefore w:val="0"/>
        <w:spacing w:before="0" w:after="160" w:line="348" w:lineRule="auto"/>
      </w:pPr>
      <w:r>
        <w:rPr>
          <w:rFonts w:ascii="宋体" w:hAnsi="宋体" w:eastAsia="宋体"/>
          <w:b w:val="0"/>
          <w:sz w:val="24"/>
        </w:rPr>
        <w:t>住所：山西省太原市晋源区义井街道 MOMA 当代广场 2 号写字楼</w:t>
      </w:r>
    </w:p>
    <w:p>
      <w:pPr>
        <w:pageBreakBefore w:val="0"/>
        <w:spacing w:before="0" w:after="0" w:line="348" w:lineRule="auto"/>
      </w:pPr>
      <w:r>
        <w:rPr>
          <w:rFonts w:ascii="宋体" w:hAnsi="宋体" w:eastAsia="宋体"/>
          <w:b w:val="0"/>
          <w:sz w:val="24"/>
        </w:rPr>
        <w:t>乙方（居间人）：＿＿＿＿＿＿＿＿＿＿＿＿＿＿＿＿</w:t>
      </w:r>
    </w:p>
    <w:p>
      <w:pPr>
        <w:pageBreakBefore w:val="0"/>
        <w:spacing w:before="0" w:after="0" w:line="348" w:lineRule="auto"/>
      </w:pPr>
      <w:r>
        <w:rPr>
          <w:rFonts w:ascii="宋体" w:hAnsi="宋体" w:eastAsia="宋体"/>
          <w:b w:val="0"/>
          <w:sz w:val="24"/>
        </w:rPr>
        <w:t>身份证号/统一社会信用代码：＿＿＿＿＿＿＿＿＿＿＿＿＿＿＿＿＿＿</w:t>
      </w:r>
    </w:p>
    <w:p>
      <w:pPr>
        <w:pageBreakBefore w:val="0"/>
        <w:spacing w:before="0" w:after="160" w:line="348" w:lineRule="auto"/>
      </w:pPr>
      <w:r>
        <w:rPr>
          <w:rFonts w:ascii="宋体" w:hAnsi="宋体" w:eastAsia="宋体"/>
          <w:b w:val="0"/>
          <w:sz w:val="24"/>
        </w:rPr>
        <w:t>住所/通讯地址：＿＿＿＿＿＿＿＿＿＿＿＿＿＿＿＿＿＿＿＿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鉴于甲方从事节能咨询、软件开发及检测检验、试验等服务的业务对接；乙方拥有项目信息渠道，愿意向甲方介绍真实、合法的项目机会。依据《中华人民共和国民法典》等法律规定，甲乙双方在平等、自愿、诚信的基础上协商一致，订立本协议，以资共同遵守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第一条　居间事项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1.1　乙方就下列事项向甲方提供项目信息并协助双方联系：项目名称“＿＿＿＿＿＿＿＿＿＿＿＿＿＿”；项目简况见附件一。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1.2　乙方仅负责提供真实的项目信息、介绍委托方与甲方认识。乙方不得以甲方名义与第三方洽谈价格、作出承诺、签订合同或收取任何款项。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1.3　涉及检验检测等需要资质的业务，由具备相应资质的机构实施并以其名义出具报告；居间不改变实施主体，乙方不得就资质、检测结果或报告向客户作出任何承诺。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1.4　甲方对是否承接项目、报价及合同条款享有自主决定权；乙方不因提供信息而对项目享有任何权利。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第二条　居间成功的认定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同时满足下列条件的，视为居间成功：（一）经乙方介绍，甲方与委托方就该项目签订书面合同并生效；（二）乙方未违反本协议第五条第一款的约定。项目最终未能签约的，甲方无需支付居间费，但应乙方要求如实告知项目进展情况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第三条　居间费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3.1　居间费的计算方式：居间费 = ＿＿＿＿＿ × ＿＿％（或固定金额 ＿＿＿＿ 元）。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3.2　居间费以项目合同的实际结算金额和甲方实际收到的款项为准。附件一中的预估金额仅供参考，不作为支付依据。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3.3　项目合同发生变更、减项、终止，或款项被依法追缴、退还的，居间费按实际结算金额相应调整；甲方已多付的，乙方应在收到通知后十个工作日内退回。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3.4　除本协议约定外，甲方不另行支付其他费用；乙方为开展居间活动自行产生的费用由乙方自行承担，甲方书面同意承担的除外。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第四条　付款方式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4.1　甲方在收到委托方支付的相应项目款项后10个工作日内，按该笔款项的到账比例，分期向乙方支付居间费，直至付清。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4.2　甲方以银行转账方式支付，转入乙方下列账户（以附件二确认单为准）：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6917"/>
      </w:tblGrid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户　名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开户银行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账　号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＿＿＿＿＿＿＿＿＿＿＿＿＿＿＿＿＿＿＿＿＿＿</w:t>
            </w:r>
          </w:p>
        </w:tc>
      </w:tr>
    </w:tbl>
    <w:p>
      <w:pPr>
        <w:spacing w:after="40"/>
      </w:pP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乙方保证上述账户为乙方本人（或本单位）名下的实名账户，不得指定第三方账户收款。甲方按上述账户付款，即视为履行了相应的付款义务。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4.3　乙方变更收款账户的，须提前书面通知甲方，并经甲方通过本协议第十条所列联系方式核实后方可生效；因乙方未及时通知造成错付的，责任由乙方自行承担。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4.4　票据与税费：乙方应当按照甲方要求提供合法有效的发票，或依法向税务机关代开发票；乙方应缴纳的税费依法由乙方承担，甲方依法代扣代缴的，以税后金额支付，并向乙方出具完税凭证。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4.5　甲方逾期付款的，每逾期一日，按应付未付金额的万分之三向乙方支付违约金。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第五条　双方的权利义务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一、乙方的义务：（一）保证所提供的项目信息真实、合法、来源正当，不虚构项目、不冒用他人名义；（二）严禁参与围标、串标，不得泄露标底或其他保密信息，不得以任何名义向招标人、评标专家或其他相关人员行贿或输送不正当利益；（三）不得私自收取委托方的任何款项；（四）因乙方违反法律或本协议给甲方造成损失的，应承担赔偿责任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二、甲方的义务：（一）按本协议约定及时足额支付居间费；（二）对乙方提供的信息、联系人及乙方个人信息负保密义务，未经乙方同意不得向无关第三方披露；（三）在不违反保密义务的前提下，如实告知项目进展和结果；（四）不得恶意绕开乙方：对乙方介绍的项目，在12个月内，甲方与同一委托方就同一项目自行或通过他人签约的，仍应按本协议支付居间费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第六条　合规与廉洁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双方均应遵守法律法规，不得进行商业贿赂。任何一方违反本条的，对方有权立即解除本协议，无需支付尚未支付的居间费，已支付的有权要求返还，并有权要求赔偿损失；涉嫌犯罪的，依法移送有关机关处理。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第七条　保密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双方对在合作中知悉的对方商业秘密、客户信息、报价资料及个人信息负有保密义务，未经对方书面同意不得向第三方披露，但法律法规另有规定或有权机关要求的除外。保密义务在本协议终止后二年内继续有效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第八条　违约责任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任何一方违反本协议约定，给对方造成损失的，应当赔偿对方因此遭受的直接损失，包括为主张权利而支出的合理费用；本协议另有约定的，从其约定。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第九条　协议期限、变更与解除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9.1　本协议有效期自签订之日起12个月。期满前双方协商续期；期满时已经介绍、仍在洽谈或履行中的项目，仍按本协议结算。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9.2　本协议的变更和补充应当采用书面形式，经双方签字（盖章）后生效。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9.3　任何一方可提前十五日书面通知对方解除本协议；解除前已经成立的居间事项，居间费仍按本协议结算。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第十条　联系方式与送达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10.1　双方确认下列联系方式真实有效，用于履行本协议过程中的联系、通知和文件送达：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628"/>
        <w:gridCol w:w="3628"/>
      </w:tblGrid>
      <w:tr>
        <w:tc>
          <w:tcPr>
            <w:tcW w:type="dxa" w:w="170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项目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甲方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乙方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联系人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联系电话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13546405586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微信号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15203462600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电子邮箱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107672132@qq.com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通讯地址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山西省太原市晋源区义井街道 MOMA 当代广场 2 号写字楼</w:t>
            </w:r>
          </w:p>
        </w:tc>
        <w:tc>
          <w:tcPr>
            <w:tcW w:type="dxa" w:w="3628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</w:t>
            </w:r>
          </w:p>
        </w:tc>
      </w:tr>
    </w:tbl>
    <w:p>
      <w:pPr>
        <w:spacing w:after="40"/>
      </w:pP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10.2　通过电话、短信、微信、电子邮件发出的通知，自发出之日起，对方在一个工作日内未提出异议的，视为已送达。联系方式变更的，应当及时书面（含微信）通知对方，未通知的，按原联系方式送达仍然有效。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第十一条　争议解决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因本协议引起的争议，双方应友好协商解决；协商不成的，任何一方均可向被告住所地人民法院提起诉讼。</w:t>
      </w:r>
    </w:p>
    <w:p>
      <w:pPr>
        <w:keepNext/>
        <w:pageBreakBefore w:val="0"/>
        <w:spacing w:before="160" w:after="60" w:line="348" w:lineRule="auto"/>
      </w:pPr>
      <w:r>
        <w:rPr>
          <w:rFonts w:ascii="宋体" w:hAnsi="宋体" w:eastAsia="宋体"/>
          <w:b/>
          <w:sz w:val="26"/>
        </w:rPr>
        <w:t>第十二条　其他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本协议一式两份，甲乙双方各执一份，具有同等法律效力，自双方签字（盖章）之日起生效。附件一至附件三为本协议不可分割的组成部分。</w:t>
      </w:r>
    </w:p>
    <w:p>
      <w:pPr>
        <w:pageBreakBefore w:val="0"/>
        <w:spacing w:before="0" w:after="80" w:line="348" w:lineRule="auto"/>
        <w:ind w:firstLine="420"/>
      </w:pPr>
    </w:p>
    <w:p>
      <w:pPr>
        <w:pageBreakBefore w:val="0"/>
        <w:spacing w:before="0" w:after="200" w:line="348" w:lineRule="auto"/>
      </w:pPr>
      <w:r>
        <w:rPr>
          <w:rFonts w:ascii="宋体" w:hAnsi="宋体" w:eastAsia="宋体"/>
          <w:b w:val="0"/>
          <w:sz w:val="24"/>
        </w:rPr>
        <w:t>甲方（盖章）：＿＿＿＿＿＿＿＿＿＿　　　　乙方（签字/盖章）：＿＿＿＿＿＿＿＿＿＿</w:t>
      </w:r>
    </w:p>
    <w:p>
      <w:pPr>
        <w:pageBreakBefore w:val="0"/>
        <w:spacing w:before="0" w:after="200" w:line="348" w:lineRule="auto"/>
      </w:pPr>
      <w:r>
        <w:rPr>
          <w:rFonts w:ascii="宋体" w:hAnsi="宋体" w:eastAsia="宋体"/>
          <w:b w:val="0"/>
          <w:sz w:val="24"/>
        </w:rPr>
        <w:t>法定代表人或授权代表（签字）：＿＿＿＿＿＿＿＿</w:t>
      </w:r>
    </w:p>
    <w:p>
      <w:pPr>
        <w:pageBreakBefore w:val="0"/>
        <w:spacing w:before="0" w:after="200" w:line="348" w:lineRule="auto"/>
      </w:pPr>
      <w:r>
        <w:rPr>
          <w:rFonts w:ascii="宋体" w:hAnsi="宋体" w:eastAsia="宋体"/>
          <w:b w:val="0"/>
          <w:sz w:val="24"/>
        </w:rPr>
        <w:t>乙方证件号：＿＿＿＿＿＿＿＿＿＿＿＿＿＿＿＿</w:t>
      </w:r>
    </w:p>
    <w:p>
      <w:pPr>
        <w:pageBreakBefore w:val="0"/>
        <w:spacing w:before="0" w:after="80" w:line="348" w:lineRule="auto"/>
      </w:pPr>
      <w:r>
        <w:rPr>
          <w:rFonts w:ascii="宋体" w:hAnsi="宋体" w:eastAsia="宋体"/>
          <w:b w:val="0"/>
          <w:sz w:val="24"/>
        </w:rPr>
        <w:t>签订日期：＿＿＿＿＿＿＿＿＿＿　　　　签订地点：＿＿＿＿＿＿</w:t>
      </w:r>
    </w:p>
    <w:p>
      <w:pPr>
        <w:pageBreakBefore/>
        <w:spacing w:before="0" w:after="160" w:line="348" w:lineRule="auto"/>
        <w:jc w:val="center"/>
      </w:pPr>
      <w:r>
        <w:rPr>
          <w:rFonts w:ascii="宋体" w:hAnsi="宋体" w:eastAsia="宋体"/>
          <w:b/>
          <w:sz w:val="30"/>
        </w:rPr>
        <w:t>附件一　居间项目信息及居间费测算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6917"/>
      </w:tblGrid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项目名称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项目简况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＿＿＿＿＿＿＿＿＿＿＿＿＿＿＿＿＿＿＿＿＿＿＿＿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居间费计算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居间费 = ＿＿＿＿＿ × ＿＿％（或固定金额 ＿＿＿＿ 元）。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预估合同金额（含税）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＿＿＿＿＿＿＿＿元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预估居间费（仅供参考）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＿＿＿＿＿＿＿＿元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支付条件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甲方收到委托方相应款项后10个工作日内，按到账比例分期支付。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跳单保护期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12个月</w:t>
            </w:r>
          </w:p>
        </w:tc>
      </w:tr>
    </w:tbl>
    <w:p>
      <w:pPr>
        <w:spacing w:after="40"/>
      </w:pPr>
    </w:p>
    <w:p>
      <w:pPr>
        <w:pageBreakBefore w:val="0"/>
        <w:spacing w:before="0" w:after="80" w:line="348" w:lineRule="auto"/>
      </w:pPr>
      <w:r>
        <w:rPr>
          <w:rFonts w:ascii="宋体" w:hAnsi="宋体" w:eastAsia="宋体"/>
          <w:b w:val="0"/>
          <w:sz w:val="22"/>
        </w:rPr>
        <w:t>说明：预估金额按当前报价测算，实际以合同实际结算金额及甲方实际收到的款项为准，不作为支付依据。</w:t>
      </w:r>
    </w:p>
    <w:p>
      <w:pPr>
        <w:pageBreakBefore/>
        <w:spacing w:before="0" w:after="160" w:line="348" w:lineRule="auto"/>
        <w:jc w:val="center"/>
      </w:pPr>
      <w:r>
        <w:rPr>
          <w:rFonts w:ascii="宋体" w:hAnsi="宋体" w:eastAsia="宋体"/>
          <w:b/>
          <w:sz w:val="30"/>
        </w:rPr>
        <w:t>附件二　收款账户及联系方式确认单</w:t>
      </w:r>
    </w:p>
    <w:p>
      <w:pPr>
        <w:keepNext/>
        <w:pageBreakBefore w:val="0"/>
        <w:spacing w:before="0" w:after="80" w:line="348" w:lineRule="auto"/>
      </w:pPr>
      <w:r>
        <w:rPr>
          <w:rFonts w:ascii="宋体" w:hAnsi="宋体" w:eastAsia="宋体"/>
          <w:b/>
          <w:sz w:val="24"/>
        </w:rPr>
        <w:t>一、乙方收款账户（甲方向此账户支付居间费）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6917"/>
      </w:tblGrid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户名（须与乙方一致）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开户银行（具体到支行）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银行账号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＿＿＿＿＿＿＿＿＿＿＿＿＿＿＿＿＿＿＿＿＿＿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账户性质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□ 乙方个人实名账户　□ 乙方单位对公账户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联系电话 / 微信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＿＿＿＿＿＿＿＿＿＿ / ＿＿＿＿＿＿＿＿＿＿</w:t>
            </w:r>
          </w:p>
        </w:tc>
      </w:tr>
    </w:tbl>
    <w:p>
      <w:pPr>
        <w:spacing w:after="40"/>
      </w:pPr>
    </w:p>
    <w:p>
      <w:pPr>
        <w:pageBreakBefore w:val="0"/>
        <w:spacing w:before="0" w:after="80" w:line="348" w:lineRule="auto"/>
      </w:pPr>
      <w:r>
        <w:rPr>
          <w:rFonts w:ascii="宋体" w:hAnsi="宋体" w:eastAsia="宋体"/>
          <w:b w:val="0"/>
          <w:sz w:val="22"/>
        </w:rPr>
        <w:t>乙方确认：以上账户为乙方本人（本单位）名下的实名账户，信息真实准确；如需变更，将按协议第4.3条书面通知甲方。</w:t>
      </w:r>
    </w:p>
    <w:p>
      <w:pPr>
        <w:pageBreakBefore w:val="0"/>
        <w:spacing w:before="0" w:after="160" w:line="348" w:lineRule="auto"/>
      </w:pPr>
      <w:r>
        <w:rPr>
          <w:rFonts w:ascii="宋体" w:hAnsi="宋体" w:eastAsia="宋体"/>
          <w:b w:val="0"/>
          <w:sz w:val="22"/>
        </w:rPr>
        <w:t>乙方签字（盖章）：＿＿＿＿＿＿＿＿　　　日期：＿＿＿＿＿＿</w:t>
      </w:r>
    </w:p>
    <w:p>
      <w:pPr>
        <w:keepNext/>
        <w:pageBreakBefore w:val="0"/>
        <w:spacing w:before="0" w:after="80" w:line="348" w:lineRule="auto"/>
      </w:pPr>
      <w:r>
        <w:rPr>
          <w:rFonts w:ascii="宋体" w:hAnsi="宋体" w:eastAsia="宋体"/>
          <w:b/>
          <w:sz w:val="24"/>
        </w:rPr>
        <w:t>二、甲方账户与联系方式（用于退款、核对及联系）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6917"/>
      </w:tblGrid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户名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山西恺晨矿用产品安全检测检验有限公司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开户银行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中国民生银行股份有限公司太原体育南路支行（行号 305161009217）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银行账号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155623056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联系人 / 电话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＿＿＿＿＿＿ / 13546405586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>
              <w:rPr>
                <w:rFonts w:ascii="宋体" w:hAnsi="宋体" w:eastAsia="宋体"/>
                <w:b/>
                <w:sz w:val="22"/>
              </w:rPr>
              <w:t>微信 / 邮箱</w:t>
            </w:r>
          </w:p>
        </w:tc>
        <w:tc>
          <w:tcPr>
            <w:tcW w:type="dxa" w:w="6917"/>
          </w:tcPr>
          <w:p>
            <w:pPr>
              <w:spacing w:after="40"/>
            </w:pPr>
            <w:r>
              <w:rPr>
                <w:rFonts w:ascii="宋体" w:hAnsi="宋体" w:eastAsia="宋体"/>
                <w:b w:val="0"/>
                <w:sz w:val="22"/>
              </w:rPr>
              <w:t>15203462600 / 107672132@qq.com</w:t>
            </w:r>
          </w:p>
        </w:tc>
      </w:tr>
    </w:tbl>
    <w:p>
      <w:pPr>
        <w:spacing w:after="40"/>
      </w:pPr>
    </w:p>
    <w:p>
      <w:pPr>
        <w:pageBreakBefore w:val="0"/>
        <w:spacing w:before="0" w:after="80" w:line="348" w:lineRule="auto"/>
      </w:pPr>
      <w:r>
        <w:rPr>
          <w:rFonts w:ascii="宋体" w:hAnsi="宋体" w:eastAsia="宋体"/>
          <w:b w:val="0"/>
          <w:sz w:val="22"/>
        </w:rPr>
        <w:t>甲方（盖章）：＿＿＿＿＿＿＿＿　　　日期：＿＿＿＿＿＿</w:t>
      </w:r>
    </w:p>
    <w:p>
      <w:pPr>
        <w:pageBreakBefore/>
        <w:spacing w:before="0" w:after="160" w:line="348" w:lineRule="auto"/>
        <w:jc w:val="center"/>
      </w:pPr>
      <w:r>
        <w:rPr>
          <w:rFonts w:ascii="宋体" w:hAnsi="宋体" w:eastAsia="宋体"/>
          <w:b/>
          <w:sz w:val="30"/>
        </w:rPr>
        <w:t>附件三　居间人合规承诺书</w:t>
      </w:r>
    </w:p>
    <w:p>
      <w:pPr>
        <w:pageBreakBefore w:val="0"/>
        <w:spacing w:before="0" w:after="80" w:line="348" w:lineRule="auto"/>
        <w:ind w:firstLine="420"/>
      </w:pPr>
      <w:r>
        <w:rPr>
          <w:rFonts w:ascii="宋体" w:hAnsi="宋体" w:eastAsia="宋体"/>
          <w:b w:val="0"/>
          <w:sz w:val="24"/>
        </w:rPr>
        <w:t>本人（本单位）作为居间人，就与甲方的居间合作郑重承诺：</w:t>
      </w:r>
    </w:p>
    <w:p>
      <w:pPr>
        <w:pageBreakBefore w:val="0"/>
        <w:spacing w:before="0" w:after="60" w:line="348" w:lineRule="auto"/>
      </w:pPr>
      <w:r>
        <w:rPr>
          <w:rFonts w:ascii="宋体" w:hAnsi="宋体" w:eastAsia="宋体"/>
          <w:b w:val="0"/>
          <w:sz w:val="24"/>
        </w:rPr>
        <w:t>1、所提供的项目信息真实、合法，来源正当，不虚构项目、不冒用他人名义；</w:t>
      </w:r>
    </w:p>
    <w:p>
      <w:pPr>
        <w:pageBreakBefore w:val="0"/>
        <w:spacing w:before="0" w:after="60" w:line="348" w:lineRule="auto"/>
      </w:pPr>
      <w:r>
        <w:rPr>
          <w:rFonts w:ascii="宋体" w:hAnsi="宋体" w:eastAsia="宋体"/>
          <w:b w:val="0"/>
          <w:sz w:val="24"/>
        </w:rPr>
        <w:t>2、不参与、不协助围标、串标，不泄露标底及其他保密信息；</w:t>
      </w:r>
    </w:p>
    <w:p>
      <w:pPr>
        <w:pageBreakBefore w:val="0"/>
        <w:spacing w:before="0" w:after="60" w:line="348" w:lineRule="auto"/>
      </w:pPr>
      <w:r>
        <w:rPr>
          <w:rFonts w:ascii="宋体" w:hAnsi="宋体" w:eastAsia="宋体"/>
          <w:b w:val="0"/>
          <w:sz w:val="24"/>
        </w:rPr>
        <w:t>3、不以任何名义向招标人、评标专家或其他相关人员行贿或输送不正当利益；</w:t>
      </w:r>
    </w:p>
    <w:p>
      <w:pPr>
        <w:pageBreakBefore w:val="0"/>
        <w:spacing w:before="0" w:after="60" w:line="348" w:lineRule="auto"/>
      </w:pPr>
      <w:r>
        <w:rPr>
          <w:rFonts w:ascii="宋体" w:hAnsi="宋体" w:eastAsia="宋体"/>
          <w:b w:val="0"/>
          <w:sz w:val="24"/>
        </w:rPr>
        <w:t>4、不以甲方名义对外作出承诺或收取款项，不对检测检验资质和报告结果作任何保证；</w:t>
      </w:r>
    </w:p>
    <w:p>
      <w:pPr>
        <w:pageBreakBefore w:val="0"/>
        <w:spacing w:before="0" w:after="60" w:line="348" w:lineRule="auto"/>
      </w:pPr>
      <w:r>
        <w:rPr>
          <w:rFonts w:ascii="宋体" w:hAnsi="宋体" w:eastAsia="宋体"/>
          <w:b w:val="0"/>
          <w:sz w:val="24"/>
        </w:rPr>
        <w:t>5、对合作中知悉的商业秘密和客户信息予以保密；</w:t>
      </w:r>
    </w:p>
    <w:p>
      <w:pPr>
        <w:pageBreakBefore w:val="0"/>
        <w:spacing w:before="0" w:after="60" w:line="348" w:lineRule="auto"/>
      </w:pPr>
      <w:r>
        <w:rPr>
          <w:rFonts w:ascii="宋体" w:hAnsi="宋体" w:eastAsia="宋体"/>
          <w:b w:val="0"/>
          <w:sz w:val="24"/>
        </w:rPr>
        <w:t>6、违反上述承诺的，甲方有权解除协议、拒付或追回居间费，并依法追究责任。</w:t>
      </w:r>
    </w:p>
    <w:p>
      <w:pPr>
        <w:pageBreakBefore w:val="0"/>
        <w:spacing w:before="0" w:after="80" w:line="348" w:lineRule="auto"/>
        <w:ind w:firstLine="420"/>
      </w:pPr>
    </w:p>
    <w:p>
      <w:pPr>
        <w:pageBreakBefore w:val="0"/>
        <w:spacing w:before="0" w:after="80" w:line="348" w:lineRule="auto"/>
      </w:pPr>
      <w:r>
        <w:rPr>
          <w:rFonts w:ascii="宋体" w:hAnsi="宋体" w:eastAsia="宋体"/>
          <w:b w:val="0"/>
          <w:sz w:val="24"/>
        </w:rPr>
        <w:t>承诺人（签字/盖章）：＿＿＿＿＿＿＿＿＿＿　　　日期：＿＿＿＿＿＿＿＿</w:t>
      </w:r>
    </w:p>
    <w:sectPr w:rsidR="00FC693F" w:rsidRPr="0006063C" w:rsidSect="00034616">
      <w:footerReference w:type="default" r:id="rId9"/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r>
      <w:rPr>
        <w:sz w:val="18"/>
      </w:rPr>
      <w:fldChar w:fldCharType="begin"/>
      <w:instrText xml:space="preserve">PAGE</w:instrText>
      <w:fldChar w:fldCharType="end"/>
    </w:r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